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969"/>
        <w:gridCol w:w="567"/>
        <w:gridCol w:w="3969"/>
      </w:tblGrid>
      <w:tr>
        <w:trPr>
          <w:trHeight w:val="1984" w:hRule="exact"/>
          <w:cantSplit/>
        </w:trPr>
        <w:tc>
          <w:tcPr>
            <w:tcW w:type="dxa" w:w="396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</w:rPr>
              <w:t>Tu nombre o marca</w:t>
            </w:r>
            <w:r>
              <w:br/>
              <w:t>Texto de tu etiqueta</w:t>
            </w:r>
          </w:p>
        </w:tc>
        <w:tc>
          <w:tcPr>
            <w:tcW w:type="dxa" w:w="56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</w:p>
        </w:tc>
        <w:tc>
          <w:tcPr>
            <w:tcW w:type="dxa" w:w="396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</w:rPr>
              <w:t>Tu nombre o marca</w:t>
            </w:r>
            <w:r>
              <w:br/>
              <w:t>Texto de tu etiqueta</w:t>
            </w:r>
          </w:p>
        </w:tc>
      </w:tr>
      <w:tr>
        <w:trPr>
          <w:trHeight w:val="283" w:hRule="exact"/>
          <w:cantSplit/>
        </w:trPr>
        <w:tc>
          <w:tcPr>
            <w:tcW w:type="dxa" w:w="3969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</w:p>
        </w:tc>
        <w:tc>
          <w:tcPr>
            <w:tcW w:type="dxa" w:w="567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</w:p>
        </w:tc>
        <w:tc>
          <w:tcPr>
            <w:tcW w:type="dxa" w:w="3969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</w:p>
        </w:tc>
      </w:tr>
      <w:tr>
        <w:trPr>
          <w:trHeight w:val="1984" w:hRule="exact"/>
          <w:cantSplit/>
        </w:trPr>
        <w:tc>
          <w:tcPr>
            <w:tcW w:type="dxa" w:w="396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</w:rPr>
              <w:t>Tu nombre o marca</w:t>
            </w:r>
            <w:r>
              <w:br/>
              <w:t>Texto de tu etiqueta</w:t>
            </w:r>
          </w:p>
        </w:tc>
        <w:tc>
          <w:tcPr>
            <w:tcW w:type="dxa" w:w="56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</w:p>
        </w:tc>
        <w:tc>
          <w:tcPr>
            <w:tcW w:type="dxa" w:w="396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</w:rPr>
              <w:t>Tu nombre o marca</w:t>
            </w:r>
            <w:r>
              <w:br/>
              <w:t>Texto de tu etiqueta</w:t>
            </w:r>
          </w:p>
        </w:tc>
      </w:tr>
      <w:tr>
        <w:trPr>
          <w:trHeight w:val="283" w:hRule="exact"/>
          <w:cantSplit/>
        </w:trPr>
        <w:tc>
          <w:tcPr>
            <w:tcW w:type="dxa" w:w="3969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</w:p>
        </w:tc>
        <w:tc>
          <w:tcPr>
            <w:tcW w:type="dxa" w:w="567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</w:p>
        </w:tc>
        <w:tc>
          <w:tcPr>
            <w:tcW w:type="dxa" w:w="3969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</w:p>
        </w:tc>
      </w:tr>
      <w:tr>
        <w:trPr>
          <w:trHeight w:val="1984" w:hRule="exact"/>
          <w:cantSplit/>
        </w:trPr>
        <w:tc>
          <w:tcPr>
            <w:tcW w:type="dxa" w:w="396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</w:rPr>
              <w:t>Tu nombre o marca</w:t>
            </w:r>
            <w:r>
              <w:br/>
              <w:t>Texto de tu etiqueta</w:t>
            </w:r>
          </w:p>
        </w:tc>
        <w:tc>
          <w:tcPr>
            <w:tcW w:type="dxa" w:w="56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</w:p>
        </w:tc>
        <w:tc>
          <w:tcPr>
            <w:tcW w:type="dxa" w:w="396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</w:rPr>
              <w:t>Tu nombre o marca</w:t>
            </w:r>
            <w:r>
              <w:br/>
              <w:t>Texto de tu etiqueta</w:t>
            </w:r>
          </w:p>
        </w:tc>
      </w:tr>
      <w:tr>
        <w:trPr>
          <w:trHeight w:val="283" w:hRule="exact"/>
          <w:cantSplit/>
        </w:trPr>
        <w:tc>
          <w:tcPr>
            <w:tcW w:type="dxa" w:w="3969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</w:p>
        </w:tc>
        <w:tc>
          <w:tcPr>
            <w:tcW w:type="dxa" w:w="567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</w:p>
        </w:tc>
        <w:tc>
          <w:tcPr>
            <w:tcW w:type="dxa" w:w="3969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</w:p>
        </w:tc>
      </w:tr>
      <w:tr>
        <w:trPr>
          <w:trHeight w:val="1984" w:hRule="exact"/>
          <w:cantSplit/>
        </w:trPr>
        <w:tc>
          <w:tcPr>
            <w:tcW w:type="dxa" w:w="396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</w:rPr>
              <w:t>Tu nombre o marca</w:t>
            </w:r>
            <w:r>
              <w:br/>
              <w:t>Texto de tu etiqueta</w:t>
            </w:r>
          </w:p>
        </w:tc>
        <w:tc>
          <w:tcPr>
            <w:tcW w:type="dxa" w:w="56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</w:p>
        </w:tc>
        <w:tc>
          <w:tcPr>
            <w:tcW w:type="dxa" w:w="396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</w:rPr>
              <w:t>Tu nombre o marca</w:t>
            </w:r>
            <w:r>
              <w:br/>
              <w:t>Texto de tu etiqueta</w:t>
            </w:r>
          </w:p>
        </w:tc>
      </w:tr>
      <w:tr>
        <w:trPr>
          <w:trHeight w:val="283" w:hRule="exact"/>
          <w:cantSplit/>
        </w:trPr>
        <w:tc>
          <w:tcPr>
            <w:tcW w:type="dxa" w:w="3969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</w:p>
        </w:tc>
        <w:tc>
          <w:tcPr>
            <w:tcW w:type="dxa" w:w="567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</w:p>
        </w:tc>
        <w:tc>
          <w:tcPr>
            <w:tcW w:type="dxa" w:w="3969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</w:p>
        </w:tc>
      </w:tr>
      <w:tr>
        <w:trPr>
          <w:trHeight w:val="1984" w:hRule="exact"/>
          <w:cantSplit/>
        </w:trPr>
        <w:tc>
          <w:tcPr>
            <w:tcW w:type="dxa" w:w="396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</w:rPr>
              <w:t>Tu nombre o marca</w:t>
            </w:r>
            <w:r>
              <w:br/>
              <w:t>Texto de tu etiqueta</w:t>
            </w:r>
          </w:p>
        </w:tc>
        <w:tc>
          <w:tcPr>
            <w:tcW w:type="dxa" w:w="56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</w:p>
        </w:tc>
        <w:tc>
          <w:tcPr>
            <w:tcW w:type="dxa" w:w="396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</w:rPr>
              <w:t>Tu nombre o marca</w:t>
            </w:r>
            <w:r>
              <w:br/>
              <w:t>Texto de tu etiqueta</w:t>
            </w:r>
          </w:p>
        </w:tc>
      </w:tr>
      <w:tr>
        <w:trPr>
          <w:trHeight w:val="283" w:hRule="exact"/>
          <w:cantSplit/>
        </w:trPr>
        <w:tc>
          <w:tcPr>
            <w:tcW w:type="dxa" w:w="3969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</w:p>
        </w:tc>
        <w:tc>
          <w:tcPr>
            <w:tcW w:type="dxa" w:w="567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</w:p>
        </w:tc>
        <w:tc>
          <w:tcPr>
            <w:tcW w:type="dxa" w:w="3969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</w:p>
        </w:tc>
      </w:tr>
      <w:tr>
        <w:trPr>
          <w:trHeight w:val="1984" w:hRule="exact"/>
          <w:cantSplit/>
        </w:trPr>
        <w:tc>
          <w:tcPr>
            <w:tcW w:type="dxa" w:w="396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</w:rPr>
              <w:t>Tu nombre o marca</w:t>
            </w:r>
            <w:r>
              <w:br/>
              <w:t>Texto de tu etiqueta</w:t>
            </w:r>
          </w:p>
        </w:tc>
        <w:tc>
          <w:tcPr>
            <w:tcW w:type="dxa" w:w="56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</w:p>
        </w:tc>
        <w:tc>
          <w:tcPr>
            <w:tcW w:type="dxa" w:w="396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</w:rPr>
              <w:t>Tu nombre o marca</w:t>
            </w:r>
            <w:r>
              <w:br/>
              <w:t>Texto de tu etiqueta</w:t>
            </w:r>
          </w:p>
        </w:tc>
      </w:tr>
      <w:tr>
        <w:trPr>
          <w:trHeight w:val="283" w:hRule="exact"/>
          <w:cantSplit/>
        </w:trPr>
        <w:tc>
          <w:tcPr>
            <w:tcW w:type="dxa" w:w="3969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</w:p>
        </w:tc>
        <w:tc>
          <w:tcPr>
            <w:tcW w:type="dxa" w:w="567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</w:p>
        </w:tc>
        <w:tc>
          <w:tcPr>
            <w:tcW w:type="dxa" w:w="3969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</w:p>
        </w:tc>
      </w:tr>
      <w:tr>
        <w:trPr>
          <w:trHeight w:val="1984" w:hRule="exact"/>
          <w:cantSplit/>
        </w:trPr>
        <w:tc>
          <w:tcPr>
            <w:tcW w:type="dxa" w:w="396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</w:rPr>
              <w:t>Tu nombre o marca</w:t>
            </w:r>
            <w:r>
              <w:br/>
              <w:t>Texto de tu etiqueta</w:t>
            </w:r>
          </w:p>
        </w:tc>
        <w:tc>
          <w:tcPr>
            <w:tcW w:type="dxa" w:w="56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</w:p>
        </w:tc>
        <w:tc>
          <w:tcPr>
            <w:tcW w:type="dxa" w:w="396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</w:rPr>
              <w:t>Tu nombre o marca</w:t>
            </w:r>
            <w:r>
              <w:br/>
              <w:t>Texto de tu etiqueta</w:t>
            </w:r>
          </w:p>
        </w:tc>
      </w:tr>
    </w:tbl>
    <w:p>
      <w:pPr>
        <w:spacing w:after="0"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624" w:right="1701" w:bottom="45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etiquetas etiquetas-word-70x35-14.docx</dc:title>
  <dc:subject>Hoja A4 de etiquetas editables. Revisa medidas e imprime al 100 por ciento.</dc:subject>
  <dc:creator>PrintBros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